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D9ADC" w14:textId="77777777" w:rsidR="00FF73F5" w:rsidRPr="00EA497E" w:rsidRDefault="005C37F2">
      <w:pPr>
        <w:pStyle w:val="Titre1"/>
        <w:rPr>
          <w:rFonts w:ascii="Arial" w:hAnsi="Arial" w:cs="Arial"/>
        </w:rPr>
      </w:pPr>
      <w:r w:rsidRPr="00EA497E">
        <w:rPr>
          <w:rFonts w:ascii="Arial" w:hAnsi="Arial" w:cs="Arial"/>
        </w:rPr>
        <w:t>1. Document d’analyse personnelle</w:t>
      </w:r>
    </w:p>
    <w:p w14:paraId="44EAAE55" w14:textId="77777777" w:rsidR="00FF73F5" w:rsidRPr="00EA497E" w:rsidRDefault="005C37F2">
      <w:pPr>
        <w:rPr>
          <w:rFonts w:cs="Arial"/>
        </w:rPr>
      </w:pPr>
      <w:r w:rsidRPr="00EA497E">
        <w:rPr>
          <w:rFonts w:cs="Arial"/>
        </w:rPr>
        <w:t>Remplis les éléments ci-dessous pour clarifier ton contexte et définir un objectif réaliste pour l’automne.</w:t>
      </w:r>
      <w:r w:rsidRPr="00EA497E">
        <w:rPr>
          <w:rFonts w:cs="Arial"/>
        </w:rPr>
        <w:br/>
      </w:r>
    </w:p>
    <w:p w14:paraId="7A2EC67F" w14:textId="77777777" w:rsidR="00FF73F5" w:rsidRPr="00EA497E" w:rsidRDefault="005C37F2">
      <w:pPr>
        <w:rPr>
          <w:rFonts w:cs="Arial"/>
        </w:rPr>
      </w:pPr>
      <w:r w:rsidRPr="00EA497E">
        <w:rPr>
          <w:rFonts w:cs="Arial"/>
        </w:rPr>
        <w:t>- Ton âge : 42 ans</w:t>
      </w:r>
    </w:p>
    <w:p w14:paraId="6F81EB3F" w14:textId="77777777" w:rsidR="00FF73F5" w:rsidRPr="00EA497E" w:rsidRDefault="005C37F2">
      <w:pPr>
        <w:rPr>
          <w:rFonts w:cs="Arial"/>
        </w:rPr>
      </w:pPr>
      <w:r w:rsidRPr="00EA497E">
        <w:rPr>
          <w:rFonts w:cs="Arial"/>
        </w:rPr>
        <w:t>- As-tu déjà couru régulièrement ? Oui (2 fois par semaine il y a 2 ans)</w:t>
      </w:r>
    </w:p>
    <w:p w14:paraId="662ACC7E" w14:textId="77777777" w:rsidR="00FF73F5" w:rsidRPr="00EA497E" w:rsidRDefault="005C37F2">
      <w:pPr>
        <w:rPr>
          <w:rFonts w:cs="Arial"/>
        </w:rPr>
      </w:pPr>
      <w:r w:rsidRPr="00EA497E">
        <w:rPr>
          <w:rFonts w:cs="Arial"/>
        </w:rPr>
        <w:t>- As-tu eu des blessures récentes ? Petite douleur au genou droit en 2023</w:t>
      </w:r>
    </w:p>
    <w:p w14:paraId="12F3DA50" w14:textId="77777777" w:rsidR="00FF73F5" w:rsidRPr="00EA497E" w:rsidRDefault="005C37F2">
      <w:pPr>
        <w:rPr>
          <w:rFonts w:cs="Arial"/>
        </w:rPr>
      </w:pPr>
      <w:r w:rsidRPr="00EA497E">
        <w:rPr>
          <w:rFonts w:cs="Arial"/>
        </w:rPr>
        <w:t>- Combien de sorties pourrais-tu caler par semaine ? 3 séances (pause de midi ou le week-end)</w:t>
      </w:r>
    </w:p>
    <w:p w14:paraId="300AEF0D" w14:textId="77777777" w:rsidR="00FF73F5" w:rsidRPr="00EA497E" w:rsidRDefault="005C37F2">
      <w:pPr>
        <w:rPr>
          <w:rFonts w:cs="Arial"/>
        </w:rPr>
      </w:pPr>
      <w:r w:rsidRPr="00EA497E">
        <w:rPr>
          <w:rFonts w:cs="Arial"/>
        </w:rPr>
        <w:t>- Plages horaires possibles : matin tôt avant le travail, mercredi après-midi, dimanche matin</w:t>
      </w:r>
    </w:p>
    <w:p w14:paraId="2E81A435" w14:textId="77777777" w:rsidR="00FF73F5" w:rsidRPr="00EA497E" w:rsidRDefault="005C37F2">
      <w:pPr>
        <w:rPr>
          <w:rFonts w:cs="Arial"/>
        </w:rPr>
      </w:pPr>
      <w:r w:rsidRPr="00EA497E">
        <w:rPr>
          <w:rFonts w:cs="Arial"/>
        </w:rPr>
        <w:t>- Infrastructure disponible : sentiers autour de chez moi, tapis dans la salle de sport</w:t>
      </w:r>
    </w:p>
    <w:p w14:paraId="3E8560F7" w14:textId="77777777" w:rsidR="00FF73F5" w:rsidRPr="00EA497E" w:rsidRDefault="005C37F2">
      <w:pPr>
        <w:rPr>
          <w:rFonts w:cs="Arial"/>
        </w:rPr>
      </w:pPr>
      <w:r w:rsidRPr="00EA497E">
        <w:rPr>
          <w:rFonts w:cs="Arial"/>
        </w:rPr>
        <w:t>- Objectif : retrouver une bonne forme générale et perdre 2 à 3 kg</w:t>
      </w:r>
    </w:p>
    <w:p w14:paraId="1DE5CA29" w14:textId="77777777" w:rsidR="00FF73F5" w:rsidRPr="00EA497E" w:rsidRDefault="005C37F2">
      <w:pPr>
        <w:rPr>
          <w:rFonts w:cs="Arial"/>
        </w:rPr>
      </w:pPr>
      <w:r w:rsidRPr="00EA497E">
        <w:rPr>
          <w:rFonts w:cs="Arial"/>
        </w:rPr>
        <w:br w:type="page"/>
      </w:r>
    </w:p>
    <w:p w14:paraId="138945FD" w14:textId="77777777" w:rsidR="00FF73F5" w:rsidRPr="00EA497E" w:rsidRDefault="005C37F2">
      <w:pPr>
        <w:pStyle w:val="Titre1"/>
        <w:rPr>
          <w:rFonts w:ascii="Arial" w:hAnsi="Arial" w:cs="Arial"/>
        </w:rPr>
      </w:pPr>
      <w:r w:rsidRPr="00EA497E">
        <w:rPr>
          <w:rFonts w:ascii="Arial" w:hAnsi="Arial" w:cs="Arial"/>
        </w:rPr>
        <w:lastRenderedPageBreak/>
        <w:t>2. Outil SWOT pour ta reprise</w:t>
      </w:r>
    </w:p>
    <w:p w14:paraId="144EAC24" w14:textId="77777777" w:rsidR="00FF73F5" w:rsidRPr="00EA497E" w:rsidRDefault="005C37F2">
      <w:pPr>
        <w:rPr>
          <w:rFonts w:cs="Arial"/>
        </w:rPr>
      </w:pPr>
      <w:r w:rsidRPr="00EA497E">
        <w:rPr>
          <w:rFonts w:cs="Arial"/>
        </w:rPr>
        <w:t>Complète les cases suivantes pour mieux comprendre ton environnement personnel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FF73F5" w:rsidRPr="00EA497E" w14:paraId="309B9574" w14:textId="77777777">
        <w:tc>
          <w:tcPr>
            <w:tcW w:w="4320" w:type="dxa"/>
          </w:tcPr>
          <w:p w14:paraId="292EA185" w14:textId="77777777" w:rsidR="00FF73F5" w:rsidRPr="00EA497E" w:rsidRDefault="005C37F2">
            <w:pPr>
              <w:rPr>
                <w:rFonts w:cs="Arial"/>
              </w:rPr>
            </w:pPr>
            <w:r w:rsidRPr="00EA497E">
              <w:rPr>
                <w:rFonts w:cs="Arial"/>
              </w:rPr>
              <w:t>FORCES</w:t>
            </w:r>
            <w:r w:rsidRPr="00EA497E">
              <w:rPr>
                <w:rFonts w:cs="Arial"/>
              </w:rPr>
              <w:br/>
              <w:t>(ex : bonne motivation, bonnes chaussures)</w:t>
            </w:r>
          </w:p>
        </w:tc>
        <w:tc>
          <w:tcPr>
            <w:tcW w:w="4320" w:type="dxa"/>
          </w:tcPr>
          <w:p w14:paraId="7CF726E2" w14:textId="77777777" w:rsidR="00FF73F5" w:rsidRPr="00EA497E" w:rsidRDefault="005C37F2">
            <w:pPr>
              <w:rPr>
                <w:rFonts w:cs="Arial"/>
              </w:rPr>
            </w:pPr>
            <w:r w:rsidRPr="00EA497E">
              <w:rPr>
                <w:rFonts w:cs="Arial"/>
              </w:rPr>
              <w:t>FAIBLESSES</w:t>
            </w:r>
            <w:r w:rsidRPr="00EA497E">
              <w:rPr>
                <w:rFonts w:cs="Arial"/>
              </w:rPr>
              <w:br/>
              <w:t>(ex : manque de temps, douleurs)</w:t>
            </w:r>
          </w:p>
        </w:tc>
      </w:tr>
      <w:tr w:rsidR="00FF73F5" w:rsidRPr="00EA497E" w14:paraId="2632FB48" w14:textId="77777777">
        <w:tc>
          <w:tcPr>
            <w:tcW w:w="4320" w:type="dxa"/>
          </w:tcPr>
          <w:p w14:paraId="5BC14573" w14:textId="77777777" w:rsidR="00FF73F5" w:rsidRPr="00EA497E" w:rsidRDefault="00FF73F5">
            <w:pPr>
              <w:rPr>
                <w:rFonts w:cs="Arial"/>
              </w:rPr>
            </w:pPr>
          </w:p>
        </w:tc>
        <w:tc>
          <w:tcPr>
            <w:tcW w:w="4320" w:type="dxa"/>
          </w:tcPr>
          <w:p w14:paraId="20924377" w14:textId="77777777" w:rsidR="00FF73F5" w:rsidRPr="00EA497E" w:rsidRDefault="00FF73F5">
            <w:pPr>
              <w:rPr>
                <w:rFonts w:cs="Arial"/>
              </w:rPr>
            </w:pPr>
          </w:p>
        </w:tc>
      </w:tr>
      <w:tr w:rsidR="00FF73F5" w:rsidRPr="00EA497E" w14:paraId="6FD34CC0" w14:textId="77777777">
        <w:tc>
          <w:tcPr>
            <w:tcW w:w="4320" w:type="dxa"/>
          </w:tcPr>
          <w:p w14:paraId="0CDEC4D6" w14:textId="77777777" w:rsidR="00FF73F5" w:rsidRPr="00EA497E" w:rsidRDefault="005C37F2">
            <w:pPr>
              <w:rPr>
                <w:rFonts w:cs="Arial"/>
              </w:rPr>
            </w:pPr>
            <w:r w:rsidRPr="00EA497E">
              <w:rPr>
                <w:rFonts w:cs="Arial"/>
              </w:rPr>
              <w:t>OPPORTUNITÉS</w:t>
            </w:r>
            <w:r w:rsidRPr="00EA497E">
              <w:rPr>
                <w:rFonts w:cs="Arial"/>
              </w:rPr>
              <w:br/>
              <w:t>(ex : courses locales, temps libre)</w:t>
            </w:r>
          </w:p>
        </w:tc>
        <w:tc>
          <w:tcPr>
            <w:tcW w:w="4320" w:type="dxa"/>
          </w:tcPr>
          <w:p w14:paraId="59320AC0" w14:textId="77777777" w:rsidR="00FF73F5" w:rsidRPr="00EA497E" w:rsidRDefault="005C37F2">
            <w:pPr>
              <w:rPr>
                <w:rFonts w:cs="Arial"/>
              </w:rPr>
            </w:pPr>
            <w:r w:rsidRPr="00EA497E">
              <w:rPr>
                <w:rFonts w:cs="Arial"/>
              </w:rPr>
              <w:t>MENACES</w:t>
            </w:r>
            <w:r w:rsidRPr="00EA497E">
              <w:rPr>
                <w:rFonts w:cs="Arial"/>
              </w:rPr>
              <w:br/>
              <w:t>(ex : emploi du temps chargé, météo)</w:t>
            </w:r>
          </w:p>
        </w:tc>
      </w:tr>
      <w:tr w:rsidR="00FF73F5" w:rsidRPr="00EA497E" w14:paraId="1F6E09A2" w14:textId="77777777">
        <w:tc>
          <w:tcPr>
            <w:tcW w:w="4320" w:type="dxa"/>
          </w:tcPr>
          <w:p w14:paraId="18345C43" w14:textId="77777777" w:rsidR="00FF73F5" w:rsidRPr="00EA497E" w:rsidRDefault="00FF73F5">
            <w:pPr>
              <w:rPr>
                <w:rFonts w:cs="Arial"/>
              </w:rPr>
            </w:pPr>
          </w:p>
        </w:tc>
        <w:tc>
          <w:tcPr>
            <w:tcW w:w="4320" w:type="dxa"/>
          </w:tcPr>
          <w:p w14:paraId="2BC42938" w14:textId="77777777" w:rsidR="00FF73F5" w:rsidRPr="00EA497E" w:rsidRDefault="00FF73F5">
            <w:pPr>
              <w:rPr>
                <w:rFonts w:cs="Arial"/>
              </w:rPr>
            </w:pPr>
          </w:p>
        </w:tc>
      </w:tr>
      <w:tr w:rsidR="00FF73F5" w:rsidRPr="00EA497E" w14:paraId="1A8DD310" w14:textId="77777777">
        <w:tc>
          <w:tcPr>
            <w:tcW w:w="8640" w:type="dxa"/>
            <w:gridSpan w:val="2"/>
          </w:tcPr>
          <w:p w14:paraId="5B745FD8" w14:textId="77777777" w:rsidR="00FF73F5" w:rsidRPr="00EA497E" w:rsidRDefault="005C37F2">
            <w:pPr>
              <w:rPr>
                <w:rFonts w:cs="Arial"/>
              </w:rPr>
            </w:pPr>
            <w:r w:rsidRPr="00EA497E">
              <w:rPr>
                <w:rFonts w:cs="Arial"/>
              </w:rPr>
              <w:t>Notes ou remarques :</w:t>
            </w:r>
          </w:p>
        </w:tc>
      </w:tr>
    </w:tbl>
    <w:p w14:paraId="4DE6CE60" w14:textId="77777777" w:rsidR="00FF73F5" w:rsidRPr="00EA497E" w:rsidRDefault="005C37F2">
      <w:pPr>
        <w:rPr>
          <w:rFonts w:cs="Arial"/>
        </w:rPr>
      </w:pPr>
      <w:r w:rsidRPr="00EA497E">
        <w:rPr>
          <w:rFonts w:cs="Arial"/>
        </w:rPr>
        <w:br w:type="page"/>
      </w:r>
    </w:p>
    <w:p w14:paraId="2A88103E" w14:textId="77777777" w:rsidR="00FF73F5" w:rsidRPr="00EA497E" w:rsidRDefault="005C37F2">
      <w:pPr>
        <w:pStyle w:val="Titre1"/>
        <w:rPr>
          <w:rFonts w:ascii="Arial" w:hAnsi="Arial" w:cs="Arial"/>
        </w:rPr>
      </w:pPr>
      <w:r w:rsidRPr="00EA497E">
        <w:rPr>
          <w:rFonts w:ascii="Arial" w:hAnsi="Arial" w:cs="Arial"/>
        </w:rPr>
        <w:lastRenderedPageBreak/>
        <w:t>3. Plan d’entraînement – 4 semaines</w:t>
      </w:r>
    </w:p>
    <w:p w14:paraId="40E3EC6C" w14:textId="77777777" w:rsidR="00FF73F5" w:rsidRPr="00EA497E" w:rsidRDefault="005C37F2">
      <w:pPr>
        <w:rPr>
          <w:rFonts w:cs="Arial"/>
        </w:rPr>
      </w:pPr>
      <w:r w:rsidRPr="00EA497E">
        <w:rPr>
          <w:rFonts w:cs="Arial"/>
        </w:rPr>
        <w:t>Voici un exemple de structure à adapter selon ton emploi du temps :</w:t>
      </w:r>
    </w:p>
    <w:p w14:paraId="02F1B32B" w14:textId="77777777" w:rsidR="00FF73F5" w:rsidRPr="00EA497E" w:rsidRDefault="005C37F2">
      <w:pPr>
        <w:rPr>
          <w:rFonts w:cs="Arial"/>
        </w:rPr>
      </w:pPr>
      <w:r w:rsidRPr="00EA497E">
        <w:rPr>
          <w:rFonts w:cs="Arial"/>
        </w:rPr>
        <w:t>- 2 sorties faciles par semaine (30 à 45 min)</w:t>
      </w:r>
    </w:p>
    <w:p w14:paraId="0D733A7D" w14:textId="77777777" w:rsidR="00FF73F5" w:rsidRPr="00EA497E" w:rsidRDefault="005C37F2">
      <w:pPr>
        <w:rPr>
          <w:rFonts w:cs="Arial"/>
        </w:rPr>
      </w:pPr>
      <w:r w:rsidRPr="00EA497E">
        <w:rPr>
          <w:rFonts w:cs="Arial"/>
        </w:rPr>
        <w:t>- 1 sortie rythmée (intervalle ou tempo, durée totale : 30 min environ)</w:t>
      </w:r>
    </w:p>
    <w:p w14:paraId="189773EE" w14:textId="77777777" w:rsidR="00FF73F5" w:rsidRPr="00EA497E" w:rsidRDefault="005C37F2">
      <w:pPr>
        <w:rPr>
          <w:rFonts w:cs="Arial"/>
        </w:rPr>
      </w:pPr>
      <w:r w:rsidRPr="00EA497E">
        <w:rPr>
          <w:rFonts w:cs="Arial"/>
        </w:rPr>
        <w:t>- 1 séance courte de renforcement ou de mobilité</w:t>
      </w:r>
    </w:p>
    <w:p w14:paraId="05472384" w14:textId="77777777" w:rsidR="00FF73F5" w:rsidRPr="00EA497E" w:rsidRDefault="005C37F2">
      <w:pPr>
        <w:rPr>
          <w:rFonts w:cs="Arial"/>
        </w:rPr>
      </w:pPr>
      <w:r w:rsidRPr="00EA497E">
        <w:rPr>
          <w:rFonts w:cs="Arial"/>
        </w:rPr>
        <w:br/>
        <w:t>Exemple pour 90 minutes hebdomadaires :</w:t>
      </w:r>
    </w:p>
    <w:p w14:paraId="152A3F52" w14:textId="77777777" w:rsidR="00FF73F5" w:rsidRPr="00EA497E" w:rsidRDefault="005C37F2">
      <w:pPr>
        <w:rPr>
          <w:rFonts w:cs="Arial"/>
        </w:rPr>
      </w:pPr>
      <w:r w:rsidRPr="00EA497E">
        <w:rPr>
          <w:rFonts w:cs="Arial"/>
        </w:rPr>
        <w:t>• 2x30 min faciles = 60 min</w:t>
      </w:r>
    </w:p>
    <w:p w14:paraId="10CBE164" w14:textId="77777777" w:rsidR="00FF73F5" w:rsidRPr="00EA497E" w:rsidRDefault="005C37F2">
      <w:pPr>
        <w:rPr>
          <w:rFonts w:cs="Arial"/>
        </w:rPr>
      </w:pPr>
      <w:r w:rsidRPr="00EA497E">
        <w:rPr>
          <w:rFonts w:cs="Arial"/>
        </w:rPr>
        <w:t>• 1x30 min rythmée = 20 min soutenu + 10 min retour au calme</w:t>
      </w:r>
    </w:p>
    <w:p w14:paraId="7892806F" w14:textId="77777777" w:rsidR="00FF73F5" w:rsidRPr="00EA497E" w:rsidRDefault="005C37F2">
      <w:pPr>
        <w:rPr>
          <w:rFonts w:cs="Arial"/>
        </w:rPr>
      </w:pPr>
      <w:r w:rsidRPr="00EA497E">
        <w:rPr>
          <w:rFonts w:cs="Arial"/>
        </w:rPr>
        <w:t>• Répartition : ~67 % facile, ~22 % soutenu, ~11 % rapide</w:t>
      </w:r>
    </w:p>
    <w:p w14:paraId="27560AA0" w14:textId="77777777" w:rsidR="00FF73F5" w:rsidRPr="00EA497E" w:rsidRDefault="005C37F2">
      <w:pPr>
        <w:rPr>
          <w:rFonts w:cs="Arial"/>
        </w:rPr>
      </w:pPr>
      <w:r w:rsidRPr="00EA497E">
        <w:rPr>
          <w:rFonts w:cs="Arial"/>
        </w:rPr>
        <w:br w:type="page"/>
      </w:r>
    </w:p>
    <w:p w14:paraId="2AE26FF9" w14:textId="77777777" w:rsidR="00FF73F5" w:rsidRPr="00EA497E" w:rsidRDefault="005C37F2">
      <w:pPr>
        <w:pStyle w:val="Titre1"/>
        <w:rPr>
          <w:rFonts w:ascii="Arial" w:hAnsi="Arial" w:cs="Arial"/>
        </w:rPr>
      </w:pPr>
      <w:r w:rsidRPr="00EA497E">
        <w:rPr>
          <w:rFonts w:ascii="Arial" w:hAnsi="Arial" w:cs="Arial"/>
        </w:rPr>
        <w:lastRenderedPageBreak/>
        <w:t>4. Échelle d'effort perçu – échelle de Borg</w:t>
      </w:r>
    </w:p>
    <w:p w14:paraId="4BEE60BF" w14:textId="77777777" w:rsidR="00FF73F5" w:rsidRPr="00EA497E" w:rsidRDefault="005C37F2">
      <w:pPr>
        <w:rPr>
          <w:rFonts w:cs="Arial"/>
        </w:rPr>
      </w:pPr>
      <w:r w:rsidRPr="00EA497E">
        <w:rPr>
          <w:rFonts w:cs="Arial"/>
        </w:rPr>
        <w:t>Utilise cette échelle pour rester dans la bonne zone d’intensité selon ton objectif :</w:t>
      </w:r>
    </w:p>
    <w:p w14:paraId="13026F8F" w14:textId="77777777" w:rsidR="00FF73F5" w:rsidRPr="00EA497E" w:rsidRDefault="005C37F2">
      <w:pPr>
        <w:rPr>
          <w:rFonts w:cs="Arial"/>
        </w:rPr>
      </w:pPr>
      <w:r w:rsidRPr="00EA497E">
        <w:rPr>
          <w:rFonts w:cs="Arial"/>
        </w:rPr>
        <w:t>• 6-9 : effort très léger (marche lente)</w:t>
      </w:r>
    </w:p>
    <w:p w14:paraId="5F7E7134" w14:textId="77777777" w:rsidR="00FF73F5" w:rsidRPr="00EA497E" w:rsidRDefault="005C37F2">
      <w:pPr>
        <w:rPr>
          <w:rFonts w:cs="Arial"/>
        </w:rPr>
      </w:pPr>
      <w:r w:rsidRPr="00EA497E">
        <w:rPr>
          <w:rFonts w:cs="Arial"/>
        </w:rPr>
        <w:t>• 10-12 : endurance fondamentale – tu parles facilement</w:t>
      </w:r>
    </w:p>
    <w:p w14:paraId="10C9B0D5" w14:textId="77777777" w:rsidR="00FF73F5" w:rsidRPr="00EA497E" w:rsidRDefault="005C37F2">
      <w:pPr>
        <w:rPr>
          <w:rFonts w:cs="Arial"/>
        </w:rPr>
      </w:pPr>
      <w:r w:rsidRPr="00EA497E">
        <w:rPr>
          <w:rFonts w:cs="Arial"/>
        </w:rPr>
        <w:t>• 13-15 : allure soutenue – tu parles par petites phrases</w:t>
      </w:r>
    </w:p>
    <w:p w14:paraId="2491A629" w14:textId="77777777" w:rsidR="00FF73F5" w:rsidRPr="00EA497E" w:rsidRDefault="005C37F2">
      <w:pPr>
        <w:rPr>
          <w:rFonts w:cs="Arial"/>
        </w:rPr>
      </w:pPr>
      <w:r w:rsidRPr="00EA497E">
        <w:rPr>
          <w:rFonts w:cs="Arial"/>
        </w:rPr>
        <w:t>• 16-18 : allure rapide – tu ne parles plus, tu te concentres sur l’effort</w:t>
      </w:r>
    </w:p>
    <w:p w14:paraId="02A03104" w14:textId="77777777" w:rsidR="00FF73F5" w:rsidRPr="00EA497E" w:rsidRDefault="005C37F2">
      <w:pPr>
        <w:rPr>
          <w:rFonts w:cs="Arial"/>
        </w:rPr>
      </w:pPr>
      <w:r w:rsidRPr="00EA497E">
        <w:rPr>
          <w:rFonts w:cs="Arial"/>
        </w:rPr>
        <w:t>• 19-20 : effort maximal</w:t>
      </w:r>
    </w:p>
    <w:p w14:paraId="568509D1" w14:textId="77777777" w:rsidR="00FF73F5" w:rsidRPr="00EA497E" w:rsidRDefault="005C37F2">
      <w:pPr>
        <w:rPr>
          <w:rFonts w:cs="Arial"/>
        </w:rPr>
      </w:pPr>
      <w:r w:rsidRPr="00EA497E">
        <w:rPr>
          <w:rFonts w:cs="Arial"/>
        </w:rPr>
        <w:br w:type="page"/>
      </w:r>
    </w:p>
    <w:p w14:paraId="48D68CF1" w14:textId="77777777" w:rsidR="00FF73F5" w:rsidRPr="00EA497E" w:rsidRDefault="005C37F2">
      <w:pPr>
        <w:pStyle w:val="Titre1"/>
        <w:rPr>
          <w:rFonts w:ascii="Arial" w:hAnsi="Arial" w:cs="Arial"/>
        </w:rPr>
      </w:pPr>
      <w:r w:rsidRPr="00EA497E">
        <w:rPr>
          <w:rFonts w:ascii="Arial" w:hAnsi="Arial" w:cs="Arial"/>
        </w:rPr>
        <w:lastRenderedPageBreak/>
        <w:t>5. Routine mobilité (exemple)</w:t>
      </w:r>
    </w:p>
    <w:p w14:paraId="69E9C740" w14:textId="77777777" w:rsidR="00FF73F5" w:rsidRPr="00EA497E" w:rsidRDefault="005C37F2">
      <w:pPr>
        <w:rPr>
          <w:rFonts w:cs="Arial"/>
        </w:rPr>
      </w:pPr>
      <w:r w:rsidRPr="00EA497E">
        <w:rPr>
          <w:rFonts w:cs="Arial"/>
        </w:rPr>
        <w:t>À faire 1 à 2 fois par semaine ou en échauffement :</w:t>
      </w:r>
    </w:p>
    <w:p w14:paraId="488DC9F3" w14:textId="77777777" w:rsidR="00FF73F5" w:rsidRPr="00EA497E" w:rsidRDefault="005C37F2">
      <w:pPr>
        <w:rPr>
          <w:rFonts w:cs="Arial"/>
        </w:rPr>
      </w:pPr>
      <w:r w:rsidRPr="00EA497E">
        <w:rPr>
          <w:rFonts w:cs="Arial"/>
        </w:rPr>
        <w:t>- Cercles de chevilles (10 reps par côté)</w:t>
      </w:r>
    </w:p>
    <w:p w14:paraId="0289581B" w14:textId="77777777" w:rsidR="00FF73F5" w:rsidRPr="00EA497E" w:rsidRDefault="005C37F2">
      <w:pPr>
        <w:rPr>
          <w:rFonts w:cs="Arial"/>
        </w:rPr>
      </w:pPr>
      <w:r w:rsidRPr="00EA497E">
        <w:rPr>
          <w:rFonts w:cs="Arial"/>
        </w:rPr>
        <w:t>- Ouvertures de hanches (10 pas dynamiques)</w:t>
      </w:r>
    </w:p>
    <w:p w14:paraId="6A05BBB4" w14:textId="77777777" w:rsidR="00FF73F5" w:rsidRPr="00EA497E" w:rsidRDefault="005C37F2">
      <w:pPr>
        <w:rPr>
          <w:rFonts w:cs="Arial"/>
        </w:rPr>
      </w:pPr>
      <w:r w:rsidRPr="00EA497E">
        <w:rPr>
          <w:rFonts w:cs="Arial"/>
        </w:rPr>
        <w:t>- Étirements mollets contre un mur (30 sec par jambe)</w:t>
      </w:r>
    </w:p>
    <w:p w14:paraId="78FED58F" w14:textId="77777777" w:rsidR="00FF73F5" w:rsidRPr="00EA497E" w:rsidRDefault="005C37F2">
      <w:pPr>
        <w:rPr>
          <w:rFonts w:cs="Arial"/>
        </w:rPr>
      </w:pPr>
      <w:r w:rsidRPr="00EA497E">
        <w:rPr>
          <w:rFonts w:cs="Arial"/>
        </w:rPr>
        <w:t>- Fentes dynamiques (10 reps par jambe)</w:t>
      </w:r>
    </w:p>
    <w:p w14:paraId="6353D8BE" w14:textId="77777777" w:rsidR="00FF73F5" w:rsidRPr="00EA497E" w:rsidRDefault="005C37F2">
      <w:pPr>
        <w:rPr>
          <w:rFonts w:cs="Arial"/>
        </w:rPr>
      </w:pPr>
      <w:r w:rsidRPr="00EA497E">
        <w:rPr>
          <w:rFonts w:cs="Arial"/>
        </w:rPr>
        <w:t>- Ponts fessiers au sol (2x10 reps)</w:t>
      </w:r>
    </w:p>
    <w:p w14:paraId="22AECC5D" w14:textId="77777777" w:rsidR="00FF73F5" w:rsidRPr="00EA497E" w:rsidRDefault="005C37F2">
      <w:pPr>
        <w:rPr>
          <w:rFonts w:cs="Arial"/>
        </w:rPr>
      </w:pPr>
      <w:r w:rsidRPr="00EA497E">
        <w:rPr>
          <w:rFonts w:cs="Arial"/>
        </w:rPr>
        <w:br/>
        <w:t>Pour une démonstration visuelle et en temps réel, regarde cette vidéo en français :</w:t>
      </w:r>
    </w:p>
    <w:p w14:paraId="26E2CF5F" w14:textId="77777777" w:rsidR="00FF73F5" w:rsidRPr="00EA497E" w:rsidRDefault="005C37F2">
      <w:pPr>
        <w:rPr>
          <w:rFonts w:cs="Arial"/>
        </w:rPr>
      </w:pPr>
      <w:r w:rsidRPr="00EA497E">
        <w:rPr>
          <w:rFonts w:cs="Arial"/>
        </w:rPr>
        <w:t>ROUTINE MOBILITÉ pour la COURSE À PIED – 7 exercices en temps réel</w:t>
      </w:r>
    </w:p>
    <w:p w14:paraId="663A4334" w14:textId="0642D0AB" w:rsidR="00FF73F5" w:rsidRPr="00EA497E" w:rsidRDefault="00EA497E">
      <w:pPr>
        <w:rPr>
          <w:rFonts w:cs="Arial"/>
        </w:rPr>
      </w:pPr>
      <w:hyperlink r:id="rId8" w:history="1">
        <w:r w:rsidR="005C37F2" w:rsidRPr="00EA497E">
          <w:rPr>
            <w:rStyle w:val="Lienhypertexte"/>
            <w:rFonts w:cs="Arial"/>
          </w:rPr>
          <w:t>https://www.youtube.com/watch?</w:t>
        </w:r>
        <w:r w:rsidR="005C37F2" w:rsidRPr="00EA497E">
          <w:rPr>
            <w:rStyle w:val="Lienhypertexte"/>
            <w:rFonts w:cs="Arial"/>
          </w:rPr>
          <w:t>v</w:t>
        </w:r>
        <w:r w:rsidR="005C37F2" w:rsidRPr="00EA497E">
          <w:rPr>
            <w:rStyle w:val="Lienhypertexte"/>
            <w:rFonts w:cs="Arial"/>
          </w:rPr>
          <w:t>=84ycU65ddEs</w:t>
        </w:r>
      </w:hyperlink>
    </w:p>
    <w:p w14:paraId="64311DF8" w14:textId="77777777" w:rsidR="00FF73F5" w:rsidRPr="00EA497E" w:rsidRDefault="005C37F2">
      <w:pPr>
        <w:rPr>
          <w:rFonts w:cs="Arial"/>
        </w:rPr>
      </w:pPr>
      <w:r w:rsidRPr="00EA497E">
        <w:rPr>
          <w:rFonts w:cs="Arial"/>
        </w:rPr>
        <w:br w:type="page"/>
      </w:r>
    </w:p>
    <w:p w14:paraId="4B57AB81" w14:textId="77777777" w:rsidR="00FF73F5" w:rsidRPr="00EA497E" w:rsidRDefault="005C37F2">
      <w:pPr>
        <w:pStyle w:val="Titre1"/>
        <w:rPr>
          <w:rFonts w:ascii="Arial" w:hAnsi="Arial" w:cs="Arial"/>
        </w:rPr>
      </w:pPr>
      <w:r w:rsidRPr="00EA497E">
        <w:rPr>
          <w:rFonts w:ascii="Arial" w:hAnsi="Arial" w:cs="Arial"/>
        </w:rPr>
        <w:lastRenderedPageBreak/>
        <w:t>Bon entraînement !</w:t>
      </w:r>
    </w:p>
    <w:p w14:paraId="7D5B49BA" w14:textId="77777777" w:rsidR="00FF73F5" w:rsidRPr="00EA497E" w:rsidRDefault="005C37F2">
      <w:pPr>
        <w:rPr>
          <w:rFonts w:cs="Arial"/>
        </w:rPr>
      </w:pPr>
      <w:r w:rsidRPr="00EA497E">
        <w:rPr>
          <w:rFonts w:cs="Arial"/>
        </w:rPr>
        <w:t>Tu peux imprimer ce document ou le compléter directement sur ordinateur. Et n’oublie pas : chaque sortie, même courte, est une victoire.</w:t>
      </w:r>
    </w:p>
    <w:sectPr w:rsidR="00FF73F5" w:rsidRPr="00EA497E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8BAC4" w14:textId="77777777" w:rsidR="00EA497E" w:rsidRDefault="00EA497E" w:rsidP="00EA497E">
      <w:pPr>
        <w:spacing w:after="0" w:line="240" w:lineRule="auto"/>
      </w:pPr>
      <w:r>
        <w:separator/>
      </w:r>
    </w:p>
  </w:endnote>
  <w:endnote w:type="continuationSeparator" w:id="0">
    <w:p w14:paraId="2E613838" w14:textId="77777777" w:rsidR="00EA497E" w:rsidRDefault="00EA497E" w:rsidP="00EA4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426496612"/>
      <w:docPartObj>
        <w:docPartGallery w:val="Page Numbers (Bottom of Page)"/>
        <w:docPartUnique/>
      </w:docPartObj>
    </w:sdtPr>
    <w:sdtContent>
      <w:p w14:paraId="22B0A2B8" w14:textId="772DE706" w:rsidR="00EA497E" w:rsidRDefault="00EA497E" w:rsidP="00740925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</w:rPr>
          <w:fldChar w:fldCharType="end"/>
        </w:r>
      </w:p>
    </w:sdtContent>
  </w:sdt>
  <w:p w14:paraId="0DC6E7A0" w14:textId="77777777" w:rsidR="00EA497E" w:rsidRDefault="00EA497E" w:rsidP="00EA497E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863894879"/>
      <w:docPartObj>
        <w:docPartGallery w:val="Page Numbers (Bottom of Page)"/>
        <w:docPartUnique/>
      </w:docPartObj>
    </w:sdtPr>
    <w:sdtContent>
      <w:p w14:paraId="6E768271" w14:textId="08C0BD41" w:rsidR="00EA497E" w:rsidRDefault="00EA497E" w:rsidP="00740925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6297A3DF" w14:textId="77777777" w:rsidR="00EA497E" w:rsidRDefault="00EA497E" w:rsidP="00EA497E">
    <w:pPr>
      <w:pStyle w:val="Pieddepag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8325B" w14:textId="77777777" w:rsidR="00EA497E" w:rsidRDefault="00EA497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9BD91" w14:textId="77777777" w:rsidR="00EA497E" w:rsidRDefault="00EA497E" w:rsidP="00EA497E">
      <w:pPr>
        <w:spacing w:after="0" w:line="240" w:lineRule="auto"/>
      </w:pPr>
      <w:r>
        <w:separator/>
      </w:r>
    </w:p>
  </w:footnote>
  <w:footnote w:type="continuationSeparator" w:id="0">
    <w:p w14:paraId="44243395" w14:textId="77777777" w:rsidR="00EA497E" w:rsidRDefault="00EA497E" w:rsidP="00EA49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48F7D" w14:textId="08C9083E" w:rsidR="00EA497E" w:rsidRDefault="00EA497E">
    <w:pPr>
      <w:pStyle w:val="En-tte"/>
    </w:pPr>
    <w:r w:rsidRPr="00090DBA">
      <w:rPr>
        <w:noProof/>
      </w:rPr>
    </w:r>
    <w:r w:rsidR="00EA497E" w:rsidRPr="00090DBA">
      <w:rPr>
        <w:noProof/>
      </w:rPr>
      <w:pict w14:anchorId="234DD5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5872" o:spid="_x0000_s1026" type="#_x0000_t75" alt="" style="position:absolute;margin-left:0;margin-top:0;width:430.3pt;height:430.3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cover-audeladumur-2025-HD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DECE9" w14:textId="01DCE258" w:rsidR="00EA497E" w:rsidRDefault="00EA497E">
    <w:pPr>
      <w:pStyle w:val="En-tte"/>
    </w:pPr>
    <w:r w:rsidRPr="00B96B3E">
      <w:rPr>
        <w:noProof/>
      </w:rPr>
    </w:r>
    <w:r w:rsidR="00EA497E" w:rsidRPr="00B96B3E">
      <w:rPr>
        <w:noProof/>
      </w:rPr>
      <w:pict w14:anchorId="11E3EB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5873" o:spid="_x0000_s1027" type="#_x0000_t75" alt="" style="position:absolute;margin-left:0;margin-top:0;width:430.3pt;height:430.3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cover-audeladumur-2025-HD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49B24" w14:textId="30A7D3E4" w:rsidR="00EA497E" w:rsidRDefault="00EA497E">
    <w:pPr>
      <w:pStyle w:val="En-tte"/>
    </w:pPr>
    <w:r w:rsidRPr="000D1B01">
      <w:rPr>
        <w:noProof/>
      </w:rPr>
    </w:r>
    <w:r w:rsidR="00EA497E" w:rsidRPr="000D1B01">
      <w:rPr>
        <w:noProof/>
      </w:rPr>
      <w:pict w14:anchorId="3178AB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5871" o:spid="_x0000_s1025" type="#_x0000_t75" alt="" style="position:absolute;margin-left:0;margin-top:0;width:430.3pt;height:430.3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cover-audeladumur-2025-HD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887591">
    <w:abstractNumId w:val="8"/>
  </w:num>
  <w:num w:numId="2" w16cid:durableId="1098405358">
    <w:abstractNumId w:val="6"/>
  </w:num>
  <w:num w:numId="3" w16cid:durableId="746726144">
    <w:abstractNumId w:val="5"/>
  </w:num>
  <w:num w:numId="4" w16cid:durableId="1725712905">
    <w:abstractNumId w:val="4"/>
  </w:num>
  <w:num w:numId="5" w16cid:durableId="1261064275">
    <w:abstractNumId w:val="7"/>
  </w:num>
  <w:num w:numId="6" w16cid:durableId="380325819">
    <w:abstractNumId w:val="3"/>
  </w:num>
  <w:num w:numId="7" w16cid:durableId="731581857">
    <w:abstractNumId w:val="2"/>
  </w:num>
  <w:num w:numId="8" w16cid:durableId="1720668820">
    <w:abstractNumId w:val="1"/>
  </w:num>
  <w:num w:numId="9" w16cid:durableId="2043046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C37F2"/>
    <w:rsid w:val="00637A06"/>
    <w:rsid w:val="009B5DF6"/>
    <w:rsid w:val="00AA1D8D"/>
    <w:rsid w:val="00B47730"/>
    <w:rsid w:val="00CB0664"/>
    <w:rsid w:val="00EA497E"/>
    <w:rsid w:val="00FC693F"/>
    <w:rsid w:val="00FF7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339BFDFC"/>
  <w14:defaultImageDpi w14:val="300"/>
  <w15:docId w15:val="{5A468CF7-6AF2-514D-B1F9-80B47B369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Lienhypertexte">
    <w:name w:val="Hyperlink"/>
    <w:basedOn w:val="Policepardfaut"/>
    <w:uiPriority w:val="99"/>
    <w:unhideWhenUsed/>
    <w:rsid w:val="00EA497E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A497E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EA497E"/>
    <w:rPr>
      <w:color w:val="800080" w:themeColor="followedHyperlink"/>
      <w:u w:val="single"/>
    </w:rPr>
  </w:style>
  <w:style w:type="character" w:styleId="Numrodepage">
    <w:name w:val="page number"/>
    <w:basedOn w:val="Policepardfaut"/>
    <w:uiPriority w:val="99"/>
    <w:semiHidden/>
    <w:unhideWhenUsed/>
    <w:rsid w:val="00EA49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84ycU65ddE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391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Hugo Cabral</cp:lastModifiedBy>
  <cp:revision>3</cp:revision>
  <dcterms:created xsi:type="dcterms:W3CDTF">2025-08-31T15:59:00Z</dcterms:created>
  <dcterms:modified xsi:type="dcterms:W3CDTF">2025-08-31T15:59:00Z</dcterms:modified>
  <cp:category/>
</cp:coreProperties>
</file>